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80"/>
        <w:jc w:val="right"/>
        <w:rPr>
          <w:lang w:val="pl-PL"/>
        </w:rPr>
      </w:pPr>
      <w:r>
        <w:rPr>
          <w:lang w:val="pl-PL"/>
        </w:rPr>
        <w:t>Miejscowość, dnia ........................................................</w:t>
      </w:r>
    </w:p>
    <w:p>
      <w:pPr>
        <w:pStyle w:val="Normal"/>
        <w:spacing w:before="0" w:after="20"/>
        <w:jc w:val="right"/>
        <w:rPr>
          <w:lang w:val="pl-PL"/>
        </w:rPr>
      </w:pPr>
      <w:r>
        <w:rPr>
          <w:b/>
          <w:lang w:val="pl-PL"/>
        </w:rPr>
        <w:t>Sąd Rejonowy w ........................................................</w:t>
      </w:r>
    </w:p>
    <w:p>
      <w:pPr>
        <w:pStyle w:val="Normal"/>
        <w:spacing w:before="0" w:after="120"/>
        <w:jc w:val="right"/>
        <w:rPr>
          <w:lang w:val="pl-PL"/>
        </w:rPr>
      </w:pPr>
      <w:r>
        <w:rPr>
          <w:lang w:val="pl-PL"/>
        </w:rPr>
        <w:t>Wydział Rodzinny i Nieletnich</w:t>
        <w:br/>
        <w:t>Adres: ........................................................................</w:t>
      </w:r>
    </w:p>
    <w:p>
      <w:pPr>
        <w:pStyle w:val="Normal"/>
        <w:spacing w:before="80" w:after="40"/>
        <w:jc w:val="center"/>
        <w:rPr>
          <w:lang w:val="pl-PL"/>
        </w:rPr>
      </w:pPr>
      <w:r>
        <w:rPr>
          <w:b/>
          <w:sz w:val="32"/>
          <w:lang w:val="pl-PL"/>
        </w:rPr>
        <w:t>WNIOSEK O WGLĄD W SYTUACJĘ DZIECKA</w:t>
      </w:r>
    </w:p>
    <w:p>
      <w:pPr>
        <w:pStyle w:val="Normal"/>
        <w:spacing w:before="0" w:after="160"/>
        <w:jc w:val="center"/>
        <w:rPr>
          <w:lang w:val="pl-PL"/>
        </w:rPr>
      </w:pPr>
      <w:r>
        <w:rPr>
          <w:b/>
          <w:sz w:val="21"/>
          <w:lang w:val="pl-PL"/>
        </w:rPr>
        <w:t>Standardy Ochrony Małoletnich – Swimland Olsztyn</w:t>
      </w:r>
    </w:p>
    <w:tbl>
      <w:tblPr>
        <w:tblStyle w:val="TableGrid"/>
        <w:tblW w:w="10200" w:type="dxa"/>
        <w:jc w:val="center"/>
        <w:tblInd w:w="0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firstRow="1" w:noVBand="1" w:lastRow="0" w:firstColumn="1" w:lastColumn="0" w:noHBand="0" w:val="04a0"/>
      </w:tblPr>
      <w:tblGrid>
        <w:gridCol w:w="5100"/>
        <w:gridCol w:w="5099"/>
      </w:tblGrid>
      <w:tr>
        <w:trPr/>
        <w:tc>
          <w:tcPr>
            <w:tcW w:w="5100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 w:val="19"/>
                <w:szCs w:val="22"/>
                <w:lang w:val="pl-PL" w:eastAsia="en-US" w:bidi="ar-SA"/>
              </w:rPr>
              <w:t>Wnioskodawca</w:t>
            </w:r>
          </w:p>
        </w:tc>
        <w:tc>
          <w:tcPr>
            <w:tcW w:w="50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br/>
            </w:r>
          </w:p>
        </w:tc>
      </w:tr>
      <w:tr>
        <w:trPr/>
        <w:tc>
          <w:tcPr>
            <w:tcW w:w="5100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 w:val="19"/>
                <w:szCs w:val="22"/>
                <w:lang w:val="pl-PL" w:eastAsia="en-US" w:bidi="ar-SA"/>
              </w:rPr>
              <w:t>Klub / podmiot</w:t>
            </w:r>
          </w:p>
        </w:tc>
        <w:tc>
          <w:tcPr>
            <w:tcW w:w="50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5100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 w:val="19"/>
                <w:szCs w:val="22"/>
                <w:lang w:val="pl-PL" w:eastAsia="en-US" w:bidi="ar-SA"/>
              </w:rPr>
              <w:t>Osoba reprezentująca</w:t>
            </w:r>
          </w:p>
        </w:tc>
        <w:tc>
          <w:tcPr>
            <w:tcW w:w="50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5100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 w:val="19"/>
                <w:szCs w:val="22"/>
                <w:lang w:val="pl-PL" w:eastAsia="en-US" w:bidi="ar-SA"/>
              </w:rPr>
              <w:t>Adres do korespondencji</w:t>
            </w:r>
          </w:p>
        </w:tc>
        <w:tc>
          <w:tcPr>
            <w:tcW w:w="50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br/>
            </w:r>
          </w:p>
        </w:tc>
      </w:tr>
      <w:tr>
        <w:trPr/>
        <w:tc>
          <w:tcPr>
            <w:tcW w:w="5100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 w:val="19"/>
                <w:szCs w:val="22"/>
                <w:lang w:val="pl-PL" w:eastAsia="en-US" w:bidi="ar-SA"/>
              </w:rPr>
              <w:t>Telefon / e-mail do kontaktu</w:t>
            </w:r>
          </w:p>
        </w:tc>
        <w:tc>
          <w:tcPr>
            <w:tcW w:w="50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5100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 w:val="19"/>
                <w:szCs w:val="22"/>
                <w:lang w:val="pl-PL" w:eastAsia="en-US" w:bidi="ar-SA"/>
              </w:rPr>
              <w:t>Numer / identyfikator sprawy (opcjonalnie)</w:t>
            </w:r>
          </w:p>
        </w:tc>
        <w:tc>
          <w:tcPr>
            <w:tcW w:w="50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</w:r>
          </w:p>
        </w:tc>
      </w:tr>
    </w:tbl>
    <w:p>
      <w:pPr>
        <w:pStyle w:val="Normal"/>
        <w:spacing w:before="120" w:after="60"/>
        <w:rPr>
          <w:lang w:val="pl-PL"/>
        </w:rPr>
      </w:pPr>
      <w:r>
        <w:rPr>
          <w:b/>
          <w:sz w:val="23"/>
          <w:lang w:val="pl-PL"/>
        </w:rPr>
        <w:t>DANE DZIECKA I RODZINY</w:t>
      </w:r>
    </w:p>
    <w:tbl>
      <w:tblPr>
        <w:tblStyle w:val="TableGrid"/>
        <w:tblW w:w="10200" w:type="dxa"/>
        <w:jc w:val="center"/>
        <w:tblInd w:w="0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firstRow="1" w:noVBand="1" w:lastRow="0" w:firstColumn="1" w:lastColumn="0" w:noHBand="0" w:val="04a0"/>
      </w:tblPr>
      <w:tblGrid>
        <w:gridCol w:w="5100"/>
        <w:gridCol w:w="5099"/>
      </w:tblGrid>
      <w:tr>
        <w:trPr/>
        <w:tc>
          <w:tcPr>
            <w:tcW w:w="5100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 w:val="19"/>
                <w:szCs w:val="22"/>
                <w:lang w:val="pl-PL" w:eastAsia="en-US" w:bidi="ar-SA"/>
              </w:rPr>
              <w:t>Imię i nazwisko dziecka</w:t>
            </w:r>
          </w:p>
        </w:tc>
        <w:tc>
          <w:tcPr>
            <w:tcW w:w="50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5100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 w:val="19"/>
                <w:szCs w:val="22"/>
                <w:lang w:val="pl-PL" w:eastAsia="en-US" w:bidi="ar-SA"/>
              </w:rPr>
              <w:t>Data urodzenia dziecka</w:t>
            </w:r>
          </w:p>
        </w:tc>
        <w:tc>
          <w:tcPr>
            <w:tcW w:w="50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5100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 w:val="19"/>
                <w:szCs w:val="22"/>
                <w:lang w:val="pl-PL" w:eastAsia="en-US" w:bidi="ar-SA"/>
              </w:rPr>
              <w:t>Miejsce zamieszkania / pobytu dziecka</w:t>
            </w:r>
          </w:p>
        </w:tc>
        <w:tc>
          <w:tcPr>
            <w:tcW w:w="50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br/>
            </w:r>
          </w:p>
        </w:tc>
      </w:tr>
      <w:tr>
        <w:trPr/>
        <w:tc>
          <w:tcPr>
            <w:tcW w:w="5100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 w:val="19"/>
                <w:szCs w:val="22"/>
                <w:lang w:val="pl-PL" w:eastAsia="en-US" w:bidi="ar-SA"/>
              </w:rPr>
              <w:t>Imiona i nazwiska rodziców / opiekunów prawnych</w:t>
            </w:r>
          </w:p>
        </w:tc>
        <w:tc>
          <w:tcPr>
            <w:tcW w:w="50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br/>
            </w:r>
          </w:p>
        </w:tc>
      </w:tr>
      <w:tr>
        <w:trPr/>
        <w:tc>
          <w:tcPr>
            <w:tcW w:w="5100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 w:val="19"/>
                <w:szCs w:val="22"/>
                <w:lang w:val="pl-PL" w:eastAsia="en-US" w:bidi="ar-SA"/>
              </w:rPr>
              <w:t>Adres rodziców / opiekunów (jeżeli znany)</w:t>
            </w:r>
          </w:p>
        </w:tc>
        <w:tc>
          <w:tcPr>
            <w:tcW w:w="50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br/>
            </w:r>
          </w:p>
        </w:tc>
      </w:tr>
    </w:tbl>
    <w:p>
      <w:pPr>
        <w:pStyle w:val="Normal"/>
        <w:spacing w:before="160" w:after="80"/>
        <w:rPr>
          <w:lang w:val="pl-PL"/>
        </w:rPr>
      </w:pPr>
      <w:r>
        <w:rPr>
          <w:b/>
          <w:sz w:val="23"/>
          <w:lang w:val="pl-PL"/>
        </w:rPr>
        <w:t>WNIOSEK</w:t>
      </w:r>
    </w:p>
    <w:p>
      <w:pPr>
        <w:pStyle w:val="Normal"/>
        <w:spacing w:lineRule="auto" w:line="259" w:before="0" w:after="100"/>
        <w:ind w:firstLine="397"/>
        <w:rPr>
          <w:lang w:val="pl-PL"/>
        </w:rPr>
      </w:pPr>
      <w:r>
        <w:rPr>
          <w:lang w:val="pl-PL"/>
        </w:rPr>
        <w:t>Na podstawie art. 572 § 1 Kodeksu postępowania cywilnego zwracam się o wgląd w sytuację małoletniego/małoletniej ........................................................................................................................, ur. ........................................................, oraz o podjęcie przez Sąd odpowiednich działań w zakresie niezbędnym dla ochrony dobra dziecka.</w:t>
      </w:r>
    </w:p>
    <w:p>
      <w:pPr>
        <w:pStyle w:val="Normal"/>
        <w:spacing w:before="80" w:after="80"/>
        <w:rPr>
          <w:lang w:val="pl-PL"/>
        </w:rPr>
      </w:pPr>
      <w:r>
        <w:rPr>
          <w:b/>
          <w:sz w:val="23"/>
          <w:lang w:val="pl-PL"/>
        </w:rPr>
        <w:t>UZASADNIENIE</w:t>
      </w:r>
    </w:p>
    <w:p>
      <w:pPr>
        <w:pStyle w:val="Normal"/>
        <w:spacing w:before="80" w:after="20"/>
        <w:rPr>
          <w:lang w:val="pl-PL"/>
        </w:rPr>
      </w:pPr>
      <w:r>
        <w:rPr>
          <w:b/>
          <w:lang w:val="pl-PL"/>
        </w:rPr>
        <w:t>1. Opis sytuacji i okoliczności budzących niepokój</w:t>
      </w:r>
    </w:p>
    <w:p>
      <w:pPr>
        <w:pStyle w:val="Normal"/>
        <w:spacing w:before="0" w:after="20"/>
        <w:rPr>
          <w:lang w:val="pl-PL"/>
        </w:rPr>
      </w:pPr>
      <w:r>
        <w:rPr>
          <w:i/>
          <w:sz w:val="18"/>
          <w:lang w:val="pl-PL"/>
        </w:rPr>
        <w:t>Należy opisać konkretne fakty: co się wydarzyło, kiedy i gdzie, kto przekazał informację oraz na czym polega obawa o dobro dziecka.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........................................................................................................................................................................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........................................................................................................................................................................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........................................................................................................................................................................</w:t>
      </w:r>
    </w:p>
    <w:p>
      <w:pPr>
        <w:pStyle w:val="Normal"/>
        <w:spacing w:before="80" w:after="20"/>
        <w:rPr>
          <w:lang w:val="pl-PL"/>
        </w:rPr>
      </w:pPr>
      <w:r>
        <w:rPr>
          <w:b/>
          <w:lang w:val="pl-PL"/>
        </w:rPr>
        <w:t>2. Informacje uzyskane od dziecka lub innych osób</w:t>
      </w:r>
    </w:p>
    <w:p>
      <w:pPr>
        <w:pStyle w:val="Normal"/>
        <w:spacing w:before="0" w:after="20"/>
        <w:rPr>
          <w:lang w:val="pl-PL"/>
        </w:rPr>
      </w:pPr>
      <w:r>
        <w:rPr>
          <w:i/>
          <w:sz w:val="18"/>
          <w:lang w:val="pl-PL"/>
        </w:rPr>
        <w:t>Jeżeli dziecko lub inna osoba przekazała istotne informacje, należy opisać je możliwie wiernie, bez interpretowania i oceniania.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........................................................................................................................................................................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........................................................................................................................................................................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........................................................................................................................................................................</w:t>
      </w:r>
    </w:p>
    <w:p>
      <w:pPr>
        <w:pStyle w:val="Normal"/>
        <w:spacing w:before="80" w:after="20"/>
        <w:rPr>
          <w:lang w:val="pl-PL"/>
        </w:rPr>
      </w:pPr>
      <w:r>
        <w:rPr>
          <w:b/>
          <w:lang w:val="pl-PL"/>
        </w:rPr>
        <w:t>3. Działania podjęte dotychczas przez Klub</w:t>
      </w:r>
    </w:p>
    <w:p>
      <w:pPr>
        <w:pStyle w:val="Normal"/>
        <w:spacing w:before="0" w:after="20"/>
        <w:rPr>
          <w:lang w:val="pl-PL"/>
        </w:rPr>
      </w:pPr>
      <w:r>
        <w:rPr>
          <w:i/>
          <w:sz w:val="18"/>
          <w:lang w:val="pl-PL"/>
        </w:rPr>
        <w:t>Np. rozmowa z dzieckiem, działania zabezpieczające, kontakt z rodzicem/opiekunem, sporządzenie karty interwencji, wezwanie służb, konsultacja ze specjalistą.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........................................................................................................................................................................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........................................................................................................................................................................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........................................................................................................................................................................</w:t>
      </w:r>
    </w:p>
    <w:p>
      <w:pPr>
        <w:pStyle w:val="Normal"/>
        <w:spacing w:before="80" w:after="20"/>
        <w:rPr>
          <w:lang w:val="pl-PL"/>
        </w:rPr>
      </w:pPr>
      <w:r>
        <w:rPr>
          <w:b/>
          <w:lang w:val="pl-PL"/>
        </w:rPr>
        <w:t>4. Kontakt z rodzicami / opiekunami</w:t>
      </w:r>
    </w:p>
    <w:p>
      <w:pPr>
        <w:pStyle w:val="Normal"/>
        <w:spacing w:before="0" w:after="20"/>
        <w:rPr>
          <w:lang w:val="pl-PL"/>
        </w:rPr>
      </w:pPr>
      <w:r>
        <w:rPr>
          <w:i/>
          <w:sz w:val="18"/>
          <w:lang w:val="pl-PL"/>
        </w:rPr>
        <w:t>Należy opisać, czy i kiedy poinformowano rodzica/opiekuna, jakie były ustalenia albo dlaczego kontakt nie został podjęty, jeżeli mógłby zwiększyć zagrożenie dla dziecka.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........................................................................................................................................................................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........................................................................................................................................................................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........................................................................................................................................................................</w:t>
      </w:r>
    </w:p>
    <w:p>
      <w:pPr>
        <w:pStyle w:val="Normal"/>
        <w:spacing w:before="100" w:after="80"/>
        <w:ind w:firstLine="397"/>
        <w:rPr>
          <w:lang w:val="pl-PL"/>
        </w:rPr>
      </w:pPr>
      <w:r>
        <w:rPr>
          <w:lang w:val="pl-PL"/>
        </w:rPr>
        <w:t>Opisane wyżej okoliczności mogą wskazywać na zagrożenie dobra małoletniego/małoletniej. Z tego względu Klub Swimland Olsztyn zwraca się do Sądu o wgląd w sytuację dziecka i rodziny oraz podjęcie działań, które Sąd uzna za odpowiednie.</w:t>
      </w:r>
    </w:p>
    <w:p>
      <w:pPr>
        <w:pStyle w:val="Normal"/>
        <w:spacing w:before="120" w:after="60"/>
        <w:rPr>
          <w:lang w:val="pl-PL"/>
        </w:rPr>
      </w:pPr>
      <w:r>
        <w:rPr>
          <w:b/>
          <w:sz w:val="24"/>
          <w:lang w:val="pl-PL"/>
        </w:rPr>
        <w:t>OSOBA DO KONTAKTU ZE STRONY WNIOSKODAWCY</w:t>
      </w:r>
    </w:p>
    <w:tbl>
      <w:tblPr>
        <w:tblStyle w:val="TableGrid"/>
        <w:tblW w:w="10200" w:type="dxa"/>
        <w:jc w:val="center"/>
        <w:tblInd w:w="0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firstRow="1" w:noVBand="1" w:lastRow="0" w:firstColumn="1" w:lastColumn="0" w:noHBand="0" w:val="04a0"/>
      </w:tblPr>
      <w:tblGrid>
        <w:gridCol w:w="5100"/>
        <w:gridCol w:w="5099"/>
      </w:tblGrid>
      <w:tr>
        <w:trPr/>
        <w:tc>
          <w:tcPr>
            <w:tcW w:w="5100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t>Imię i nazwisko</w:t>
            </w:r>
          </w:p>
        </w:tc>
        <w:tc>
          <w:tcPr>
            <w:tcW w:w="50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5100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t>Funkcja / stanowisko</w:t>
            </w:r>
          </w:p>
        </w:tc>
        <w:tc>
          <w:tcPr>
            <w:tcW w:w="50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5100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t>Telefon</w:t>
            </w:r>
          </w:p>
        </w:tc>
        <w:tc>
          <w:tcPr>
            <w:tcW w:w="50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5100" w:type="dxa"/>
            <w:tcBorders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t>E-mail</w:t>
            </w:r>
          </w:p>
        </w:tc>
        <w:tc>
          <w:tcPr>
            <w:tcW w:w="5099" w:type="dxa"/>
            <w:tcBorders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</w:r>
          </w:p>
        </w:tc>
      </w:tr>
    </w:tbl>
    <w:p>
      <w:pPr>
        <w:pStyle w:val="Normal"/>
        <w:spacing w:before="200" w:after="20"/>
        <w:jc w:val="right"/>
        <w:rPr>
          <w:lang w:val="pl-PL"/>
        </w:rPr>
      </w:pPr>
      <w:r>
        <w:rPr>
          <w:lang w:val="pl-PL"/>
        </w:rPr>
        <w:t>................................................................................</w:t>
      </w:r>
    </w:p>
    <w:p>
      <w:pPr>
        <w:pStyle w:val="Normal"/>
        <w:spacing w:before="0" w:after="100"/>
        <w:jc w:val="right"/>
        <w:rPr>
          <w:lang w:val="pl-PL"/>
        </w:rPr>
      </w:pPr>
      <w:r>
        <w:rPr>
          <w:sz w:val="18"/>
          <w:lang w:val="pl-PL"/>
        </w:rPr>
        <w:t>podpis osoby uprawnionej do reprezentacji wnioskodawcy</w:t>
      </w:r>
    </w:p>
    <w:p>
      <w:pPr>
        <w:pStyle w:val="Normal"/>
        <w:spacing w:before="100" w:after="40"/>
        <w:rPr>
          <w:lang w:val="pl-PL"/>
        </w:rPr>
      </w:pPr>
      <w:r>
        <w:rPr>
          <w:b/>
          <w:lang w:val="pl-PL"/>
        </w:rPr>
        <w:t>Załączniki (jeżeli dotyczą sprawy):</w:t>
      </w:r>
    </w:p>
    <w:p>
      <w:pPr>
        <w:pStyle w:val="Normal"/>
        <w:spacing w:before="0" w:after="20"/>
        <w:ind w:left="227" w:hanging="0"/>
        <w:rPr>
          <w:lang w:val="pl-PL"/>
        </w:rPr>
      </w:pPr>
      <w:r>
        <w:rPr>
          <w:lang w:val="pl-PL"/>
        </w:rPr>
        <w:t>1. Kopia Karty interwencji.</w:t>
      </w:r>
    </w:p>
    <w:p>
      <w:pPr>
        <w:pStyle w:val="Normal"/>
        <w:spacing w:before="0" w:after="20"/>
        <w:ind w:left="227" w:hanging="0"/>
        <w:rPr>
          <w:lang w:val="pl-PL"/>
        </w:rPr>
      </w:pPr>
      <w:r>
        <w:rPr>
          <w:lang w:val="pl-PL"/>
        </w:rPr>
        <w:t>2. Notatki służbowe lub inne dokumenty dotyczące zdarzenia.</w:t>
      </w:r>
    </w:p>
    <w:p>
      <w:pPr>
        <w:pStyle w:val="Normal"/>
        <w:spacing w:before="0" w:after="20"/>
        <w:ind w:left="227" w:hanging="0"/>
        <w:rPr>
          <w:lang w:val="pl-PL"/>
        </w:rPr>
      </w:pPr>
      <w:r>
        <w:rPr>
          <w:lang w:val="pl-PL"/>
        </w:rPr>
        <w:t>3. Inne dokumenty istotne dla sprawy: ....................................................................................................</w:t>
      </w:r>
    </w:p>
    <w:p>
      <w:pPr>
        <w:pStyle w:val="Normal"/>
        <w:spacing w:before="0" w:after="20"/>
        <w:ind w:left="227" w:hanging="0"/>
        <w:rPr>
          <w:lang w:val="pl-PL"/>
        </w:rPr>
      </w:pPr>
      <w:r>
        <w:rPr>
          <w:lang w:val="pl-PL"/>
        </w:rPr>
        <w:t>4. Odpis wniosku.</w:t>
      </w:r>
    </w:p>
    <w:p>
      <w:pPr>
        <w:pStyle w:val="Normal"/>
        <w:spacing w:before="140" w:after="20"/>
        <w:rPr>
          <w:lang w:val="pl-PL"/>
        </w:rPr>
      </w:pPr>
      <w:r>
        <w:rPr>
          <w:b/>
          <w:sz w:val="19"/>
          <w:lang w:val="pl-PL"/>
        </w:rPr>
        <w:t>Informacja organizacyjna:</w:t>
      </w:r>
    </w:p>
    <w:p>
      <w:pPr>
        <w:pStyle w:val="Normal"/>
        <w:spacing w:lineRule="auto" w:line="240" w:before="0" w:after="0"/>
        <w:rPr>
          <w:lang w:val="pl-PL"/>
        </w:rPr>
      </w:pPr>
      <w:r>
        <w:rPr>
          <w:i/>
          <w:sz w:val="17"/>
          <w:lang w:val="pl-PL"/>
        </w:rPr>
        <w:t>Wniosek kieruje się co do zasady do sądu opiekuńczego właściwego dla miejsca zamieszkania dziecka, a w braku miejsca zamieszkania – dla miejsca jego pobytu. W uzasadnieniu należy podawać przede wszystkim konkretne fakty i informacje istotne dla bezpieczeństwa dziecka, bez formułowania niepotwierdzonych ocen.</w:t>
      </w:r>
    </w:p>
    <w:sectPr>
      <w:footerReference w:type="default" r:id="rId2"/>
      <w:type w:val="nextPage"/>
      <w:pgSz w:w="12240" w:h="15840"/>
      <w:pgMar w:left="1020" w:right="1020" w:gutter="0" w:header="0" w:top="907" w:footer="72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Aptos">
    <w:charset w:val="ee"/>
    <w:family w:val="roman"/>
    <w:pitch w:val="variable"/>
  </w:font>
  <w:font w:name="Calibri">
    <w:charset w:val="ee"/>
    <w:family w:val="roman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"/>
      <w:jc w:val="center"/>
      <w:rPr>
        <w:lang w:val="pl-PL"/>
      </w:rPr>
    </w:pPr>
    <w:r>
      <w:rPr>
        <w:sz w:val="16"/>
        <w:lang w:val="pl-PL"/>
      </w:rPr>
      <w:t>Swimland Olsztyn – Standardy Ochrony Małoletnich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71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Aptos" w:hAnsi="Aptos" w:eastAsia="ＭＳ 明朝" w:cs="" w:cstheme="minorBidi" w:eastAsiaTheme="minorEastAsia"/>
      <w:color w:val="auto"/>
      <w:kern w:val="0"/>
      <w:sz w:val="21"/>
      <w:szCs w:val="22"/>
      <w:lang w:val="pl-PL" w:eastAsia="en-US" w:bidi="ar-SA"/>
    </w:rPr>
  </w:style>
  <w:style w:type="paragraph" w:styleId="Nagwek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Nagwek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Nagwek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Nagwek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Nagwek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Nagwek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Nagwek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Nagwek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Wyrnienie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a">
    <w:name w:val="List"/>
    <w:basedOn w:val="Normal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pl-PL" w:eastAsia="en-US" w:bidi="ar-SA"/>
    </w:rPr>
  </w:style>
  <w:style w:type="paragraph" w:styleId="Tytu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Podtytu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a2">
    <w:name w:val="List Bullet 3"/>
    <w:basedOn w:val="Normal"/>
    <w:uiPriority w:val="99"/>
    <w:unhideWhenUsed/>
    <w:rsid w:val="00326f90"/>
    <w:pPr>
      <w:spacing w:before="0" w:after="200"/>
      <w:ind w:left="720" w:hanging="360"/>
      <w:contextualSpacing/>
    </w:pPr>
    <w:rPr/>
  </w:style>
  <w:style w:type="paragraph" w:styleId="Lista3">
    <w:name w:val="List Bullet 4"/>
    <w:basedOn w:val="Normal"/>
    <w:uiPriority w:val="99"/>
    <w:unhideWhenUsed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pl-PL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Nagwekindeksu">
    <w:name w:val="Index Heading"/>
    <w:basedOn w:val="Nagwek"/>
    <w:pPr/>
    <w:rPr/>
  </w:style>
  <w:style w:type="paragraph" w:styleId="Nagwekspisutreci">
    <w:name w:val="TOC Heading"/>
    <w:basedOn w:val="Nagwek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LibreOffice/7.5.5.2$Windows_X86_64 LibreOffice_project/ca8fe7424262805f223b9a2334bc7181abbcbf5e</Application>
  <AppVersion>15.0000</AppVersion>
  <Pages>2</Pages>
  <Words>352</Words>
  <Characters>4670</Characters>
  <CharactersWithSpaces>4974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pl-PL</dc:language>
  <cp:lastModifiedBy/>
  <dcterms:modified xsi:type="dcterms:W3CDTF">2026-09-20T17:18:45Z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