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>
          <w:lang w:val="pl-PL"/>
        </w:rPr>
      </w:pPr>
      <w:r>
        <w:rPr>
          <w:b/>
          <w:sz w:val="34"/>
          <w:lang w:val="pl-PL"/>
        </w:rPr>
        <w:t>MONITORING STANDARDÓW OCHRONY MAŁOLETNICH</w:t>
      </w:r>
    </w:p>
    <w:p>
      <w:pPr>
        <w:pStyle w:val="Normal"/>
        <w:spacing w:before="0" w:after="40"/>
        <w:jc w:val="center"/>
        <w:rPr>
          <w:lang w:val="pl-PL"/>
        </w:rPr>
      </w:pPr>
      <w:r>
        <w:rPr>
          <w:b/>
          <w:sz w:val="28"/>
          <w:lang w:val="pl-PL"/>
        </w:rPr>
        <w:t>ANKIETA DLA DZIECI I MŁODZIEŻY</w:t>
      </w:r>
    </w:p>
    <w:p>
      <w:pPr>
        <w:pStyle w:val="Normal"/>
        <w:spacing w:before="0" w:after="160"/>
        <w:jc w:val="center"/>
        <w:rPr>
          <w:lang w:val="pl-PL"/>
        </w:rPr>
      </w:pPr>
      <w:r>
        <w:rPr>
          <w:b/>
          <w:sz w:val="26"/>
          <w:lang w:val="pl-PL"/>
        </w:rPr>
        <w:t>SWIMLAND OLSZTYN</w:t>
      </w:r>
    </w:p>
    <w:p>
      <w:pPr>
        <w:pStyle w:val="Normal"/>
        <w:spacing w:before="0" w:after="100"/>
        <w:rPr>
          <w:lang w:val="pl-PL"/>
        </w:rPr>
      </w:pPr>
      <w:r>
        <w:rPr>
          <w:sz w:val="20"/>
          <w:lang w:val="pl-PL"/>
        </w:rPr>
        <w:t>Ankieta służy sprawdzeniu, czy podczas treningów, zawodów, wyjazdów i innych działań Swimland Olsztyn dzieci czują się bezpiecznie i wiedzą, gdzie szukać pomocy. Odpowiadaj zgodnie z tym, co naprawdę myślisz i czujesz.</w:t>
      </w:r>
    </w:p>
    <w:p>
      <w:pPr>
        <w:pStyle w:val="Normal"/>
        <w:spacing w:before="0" w:after="140"/>
        <w:rPr>
          <w:lang w:val="pl-PL"/>
        </w:rPr>
      </w:pPr>
      <w:r>
        <w:rPr>
          <w:b/>
          <w:sz w:val="20"/>
          <w:lang w:val="pl-PL"/>
        </w:rPr>
        <w:t>Ankieta może być anonimowa. Jeśli jednak chcesz, aby Klub zareagował w konkretnej sprawie, możesz zgłosić ją trenerowi, rodzicowi/opiekunowi, członkowi Zarządu albo Koordynatorowi ds. bezpieczeństwa dzieci – Gabrieli Wójtowicz.</w:t>
      </w:r>
    </w:p>
    <w:p>
      <w:pPr>
        <w:pStyle w:val="Normal"/>
        <w:spacing w:before="60" w:after="40"/>
        <w:rPr>
          <w:lang w:val="pl-PL"/>
        </w:rPr>
      </w:pPr>
      <w:r>
        <w:rPr>
          <w:b/>
          <w:sz w:val="21"/>
          <w:lang w:val="pl-PL"/>
        </w:rPr>
        <w:t>1. Jak bezpiecznie czujesz się podczas treningów w Swimland Olsztyn?</w:t>
      </w:r>
    </w:p>
    <w:p>
      <w:pPr>
        <w:pStyle w:val="Normal"/>
        <w:spacing w:before="0" w:after="80"/>
        <w:ind w:left="227" w:hanging="0"/>
        <w:rPr>
          <w:lang w:val="pl-PL"/>
        </w:rPr>
      </w:pPr>
      <w:r>
        <w:rPr>
          <w:sz w:val="21"/>
          <w:lang w:val="pl-PL"/>
        </w:rPr>
        <w:t xml:space="preserve">1 ☐   2 ☐   3 ☐   4 ☐   5 ☐    </w:t>
      </w:r>
      <w:r>
        <w:rPr>
          <w:i/>
          <w:sz w:val="19"/>
          <w:lang w:val="pl-PL"/>
        </w:rPr>
        <w:t>(1 – bardzo źle / bardzo niskie, 5 – bardzo dobrze / bardzo wysokie)</w:t>
      </w:r>
    </w:p>
    <w:p>
      <w:pPr>
        <w:pStyle w:val="Normal"/>
        <w:spacing w:before="60" w:after="40"/>
        <w:rPr>
          <w:lang w:val="pl-PL"/>
        </w:rPr>
      </w:pPr>
      <w:r>
        <w:rPr>
          <w:b/>
          <w:sz w:val="21"/>
          <w:lang w:val="pl-PL"/>
        </w:rPr>
        <w:t>2. Jak oceniasz swoje relacje z trenerami i innymi dorosłymi pracującymi z dziećmi w Klubie?</w:t>
      </w:r>
    </w:p>
    <w:p>
      <w:pPr>
        <w:pStyle w:val="Normal"/>
        <w:spacing w:before="0" w:after="80"/>
        <w:ind w:left="227" w:hanging="0"/>
        <w:rPr>
          <w:lang w:val="pl-PL"/>
        </w:rPr>
      </w:pPr>
      <w:r>
        <w:rPr>
          <w:sz w:val="21"/>
          <w:lang w:val="pl-PL"/>
        </w:rPr>
        <w:t xml:space="preserve">1 ☐   2 ☐   3 ☐   4 ☐   5 ☐    </w:t>
      </w:r>
      <w:r>
        <w:rPr>
          <w:i/>
          <w:sz w:val="19"/>
          <w:lang w:val="pl-PL"/>
        </w:rPr>
        <w:t>(1 – bardzo źle / bardzo niskie, 5 – bardzo dobrze / bardzo wysokie)</w:t>
      </w:r>
    </w:p>
    <w:p>
      <w:pPr>
        <w:pStyle w:val="Normal"/>
        <w:spacing w:before="60" w:after="40"/>
        <w:rPr>
          <w:lang w:val="pl-PL"/>
        </w:rPr>
      </w:pPr>
      <w:r>
        <w:rPr>
          <w:b/>
          <w:sz w:val="21"/>
          <w:lang w:val="pl-PL"/>
        </w:rPr>
        <w:t>3. Jak duże masz zaufanie do trenerów i innych dorosłych pracujących z dziećmi w Klubie?</w:t>
      </w:r>
    </w:p>
    <w:p>
      <w:pPr>
        <w:pStyle w:val="Normal"/>
        <w:spacing w:before="0" w:after="80"/>
        <w:ind w:left="227" w:hanging="0"/>
        <w:rPr>
          <w:lang w:val="pl-PL"/>
        </w:rPr>
      </w:pPr>
      <w:r>
        <w:rPr>
          <w:sz w:val="21"/>
          <w:lang w:val="pl-PL"/>
        </w:rPr>
        <w:t xml:space="preserve">1 ☐   2 ☐   3 ☐   4 ☐   5 ☐    </w:t>
      </w:r>
      <w:r>
        <w:rPr>
          <w:i/>
          <w:sz w:val="19"/>
          <w:lang w:val="pl-PL"/>
        </w:rPr>
        <w:t>(1 – bardzo źle / bardzo niskie, 5 – bardzo dobrze / bardzo wysokie)</w:t>
      </w:r>
    </w:p>
    <w:p>
      <w:pPr>
        <w:pStyle w:val="Normal"/>
        <w:spacing w:before="60" w:after="40"/>
        <w:rPr>
          <w:lang w:val="pl-PL"/>
        </w:rPr>
      </w:pPr>
      <w:r>
        <w:rPr>
          <w:b/>
          <w:sz w:val="21"/>
          <w:lang w:val="pl-PL"/>
        </w:rPr>
        <w:t>4. Jak bezpiecznie czujesz się podczas zawodów, wyjazdów, obozów i innych wydarzeń organizowanych przez Klub?</w:t>
      </w:r>
    </w:p>
    <w:p>
      <w:pPr>
        <w:pStyle w:val="Normal"/>
        <w:spacing w:before="0" w:after="80"/>
        <w:ind w:left="227" w:hanging="0"/>
        <w:rPr>
          <w:lang w:val="pl-PL"/>
        </w:rPr>
      </w:pPr>
      <w:r>
        <w:rPr>
          <w:sz w:val="21"/>
          <w:lang w:val="pl-PL"/>
        </w:rPr>
        <w:t xml:space="preserve">1 ☐   2 ☐   3 ☐   4 ☐   5 ☐    </w:t>
      </w:r>
      <w:r>
        <w:rPr>
          <w:i/>
          <w:sz w:val="19"/>
          <w:lang w:val="pl-PL"/>
        </w:rPr>
        <w:t>(1 – bardzo źle / bardzo niskie, 5 – bardzo dobrze / bardzo wysokie)</w:t>
      </w:r>
    </w:p>
    <w:p>
      <w:pPr>
        <w:pStyle w:val="Normal"/>
        <w:spacing w:before="60" w:after="40"/>
        <w:rPr>
          <w:lang w:val="pl-PL"/>
        </w:rPr>
      </w:pPr>
      <w:r>
        <w:rPr>
          <w:b/>
          <w:sz w:val="21"/>
          <w:lang w:val="pl-PL"/>
        </w:rPr>
        <w:t>5. Jak oceniasz swoje relacje z innymi dziećmi w Swimland Olsztyn?</w:t>
      </w:r>
    </w:p>
    <w:p>
      <w:pPr>
        <w:pStyle w:val="Normal"/>
        <w:spacing w:before="0" w:after="80"/>
        <w:ind w:left="227" w:hanging="0"/>
        <w:rPr>
          <w:lang w:val="pl-PL"/>
        </w:rPr>
      </w:pPr>
      <w:r>
        <w:rPr>
          <w:sz w:val="21"/>
          <w:lang w:val="pl-PL"/>
        </w:rPr>
        <w:t xml:space="preserve">1 ☐   2 ☐   3 ☐   4 ☐   5 ☐    </w:t>
      </w:r>
      <w:r>
        <w:rPr>
          <w:i/>
          <w:sz w:val="19"/>
          <w:lang w:val="pl-PL"/>
        </w:rPr>
        <w:t>(1 – bardzo źle / bardzo niskie, 5 – bardzo dobrze / bardzo wysokie)</w:t>
      </w:r>
    </w:p>
    <w:p>
      <w:pPr>
        <w:pStyle w:val="Normal"/>
        <w:spacing w:before="60" w:after="40"/>
        <w:rPr>
          <w:lang w:val="pl-PL"/>
        </w:rPr>
      </w:pPr>
      <w:r>
        <w:rPr>
          <w:b/>
          <w:lang w:val="pl-PL"/>
        </w:rPr>
        <w:t>6. Czy wiesz, do kogo możesz zwrócić się o pomoc, jeśli coś Cię niepokoi albo ktoś Cię krzywdzi?</w:t>
      </w:r>
    </w:p>
    <w:p>
      <w:pPr>
        <w:pStyle w:val="Normal"/>
        <w:spacing w:before="0" w:after="80"/>
        <w:ind w:left="227" w:hanging="0"/>
        <w:rPr>
          <w:lang w:val="pl-PL"/>
        </w:rPr>
      </w:pPr>
      <w:r>
        <w:rPr>
          <w:lang w:val="pl-PL"/>
        </w:rPr>
        <w:t xml:space="preserve">☐ </w:t>
      </w:r>
      <w:r>
        <w:rPr>
          <w:lang w:val="pl-PL"/>
        </w:rPr>
        <w:t>tak     ☐ raczej tak     ☐ nie jestem pewien/pewna     ☐ nie</w:t>
      </w:r>
    </w:p>
    <w:p>
      <w:pPr>
        <w:pStyle w:val="Normal"/>
        <w:spacing w:before="60" w:after="40"/>
        <w:rPr>
          <w:lang w:val="pl-PL"/>
        </w:rPr>
      </w:pPr>
      <w:r>
        <w:rPr>
          <w:b/>
          <w:lang w:val="pl-PL"/>
        </w:rPr>
        <w:t>7. Czy w Klubie rozmawia się z Wami o poniższych sprawach?</w:t>
      </w:r>
    </w:p>
    <w:tbl>
      <w:tblPr>
        <w:tblStyle w:val="TableGrid"/>
        <w:tblW w:w="10540" w:type="dxa"/>
        <w:jc w:val="center"/>
        <w:tblInd w:w="0" w:type="dxa"/>
        <w:tblLayout w:type="fixed"/>
        <w:tblCellMar>
          <w:top w:w="65" w:type="dxa"/>
          <w:left w:w="80" w:type="dxa"/>
          <w:bottom w:w="65" w:type="dxa"/>
          <w:right w:w="80" w:type="dxa"/>
        </w:tblCellMar>
        <w:tblLook w:firstRow="1" w:noVBand="1" w:lastRow="0" w:firstColumn="1" w:lastColumn="0" w:noHBand="0" w:val="04a0"/>
      </w:tblPr>
      <w:tblGrid>
        <w:gridCol w:w="2108"/>
        <w:gridCol w:w="2108"/>
        <w:gridCol w:w="2108"/>
        <w:gridCol w:w="2108"/>
        <w:gridCol w:w="2108"/>
      </w:tblGrid>
      <w:tr>
        <w:trPr/>
        <w:tc>
          <w:tcPr>
            <w:tcW w:w="2108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Temat</w:t>
            </w:r>
          </w:p>
        </w:tc>
        <w:tc>
          <w:tcPr>
            <w:tcW w:w="2108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Tak</w:t>
            </w:r>
          </w:p>
        </w:tc>
        <w:tc>
          <w:tcPr>
            <w:tcW w:w="2108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Czasami</w:t>
            </w:r>
          </w:p>
        </w:tc>
        <w:tc>
          <w:tcPr>
            <w:tcW w:w="2108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Nie</w:t>
            </w:r>
          </w:p>
        </w:tc>
        <w:tc>
          <w:tcPr>
            <w:tcW w:w="2108" w:type="dxa"/>
            <w:tcBorders/>
            <w:shd w:fill="D9EAF7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b/>
                <w:kern w:val="0"/>
                <w:szCs w:val="22"/>
                <w:lang w:val="pl-PL" w:eastAsia="en-US" w:bidi="ar-SA"/>
              </w:rPr>
              <w:t>Nie wiem</w:t>
            </w:r>
          </w:p>
        </w:tc>
      </w:tr>
      <w:tr>
        <w:trPr/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Twoje prawa i zasady bezpieczeństwa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</w:tr>
      <w:tr>
        <w:trPr/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Bezpieczne relacje trener – dziecko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</w:tr>
      <w:tr>
        <w:trPr/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Bezpieczne relacje między dziećmi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</w:tr>
      <w:tr>
        <w:trPr/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Jak zgłosić problem i gdzie uzyskać pomoc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</w:tr>
      <w:tr>
        <w:trPr/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Bezpieczeństwo w Internecie i cyberprzemoc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</w:tr>
      <w:tr>
        <w:trPr/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Ochrona prywatności, zdjęć i nagrań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  <w:tc>
          <w:tcPr>
            <w:tcW w:w="210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eastAsia="ＭＳ 明朝" w:cs=""/>
                <w:kern w:val="0"/>
                <w:szCs w:val="22"/>
                <w:lang w:val="pl-PL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pl-PL" w:eastAsia="en-US" w:bidi="ar-SA"/>
              </w:rPr>
              <w:t>☐</w:t>
            </w:r>
          </w:p>
        </w:tc>
      </w:tr>
    </w:tbl>
    <w:p>
      <w:pPr>
        <w:pStyle w:val="Normal"/>
        <w:spacing w:before="80" w:after="40"/>
        <w:rPr>
          <w:lang w:val="pl-PL"/>
        </w:rPr>
      </w:pPr>
      <w:r>
        <w:rPr>
          <w:b/>
          <w:lang w:val="pl-PL"/>
        </w:rPr>
        <w:t>8. Czy podczas treningów, zawodów, wyjazdów lub innych działań Klubu widziałeś/widziałaś sytuację, w której ktoś był krzywdzony (np. bity, popychany, wyzywany, wyśmiewany, straszony, dotykany w niechciany sposób albo nękany w Internecie)?</w:t>
      </w:r>
    </w:p>
    <w:p>
      <w:pPr>
        <w:pStyle w:val="Normal"/>
        <w:spacing w:before="0" w:after="60"/>
        <w:ind w:left="227" w:hanging="0"/>
        <w:rPr>
          <w:lang w:val="pl-PL"/>
        </w:rPr>
      </w:pPr>
      <w:r>
        <w:rPr>
          <w:lang w:val="pl-PL"/>
        </w:rPr>
        <w:t xml:space="preserve">☐ </w:t>
      </w:r>
      <w:r>
        <w:rPr>
          <w:lang w:val="pl-PL"/>
        </w:rPr>
        <w:t>nie    ☐ tak    ☐ nie chcę odpowiadać</w:t>
      </w:r>
    </w:p>
    <w:p>
      <w:pPr>
        <w:pStyle w:val="Normal"/>
        <w:spacing w:before="80" w:after="40"/>
        <w:rPr>
          <w:lang w:val="pl-PL"/>
        </w:rPr>
      </w:pPr>
      <w:r>
        <w:rPr>
          <w:b/>
          <w:lang w:val="pl-PL"/>
        </w:rPr>
        <w:t>9. Czy Tobie podczas treningów, zawodów, wyjazdów lub innych działań Klubu zdarzyło się doświadczyć zachowania, które było dla Ciebie krzywdzące lub nieprzyjemne?</w:t>
      </w:r>
    </w:p>
    <w:p>
      <w:pPr>
        <w:pStyle w:val="Normal"/>
        <w:spacing w:before="0" w:after="60"/>
        <w:ind w:left="227" w:hanging="0"/>
        <w:rPr>
          <w:lang w:val="pl-PL"/>
        </w:rPr>
      </w:pPr>
      <w:r>
        <w:rPr>
          <w:lang w:val="pl-PL"/>
        </w:rPr>
        <w:t xml:space="preserve">☐ </w:t>
      </w:r>
      <w:r>
        <w:rPr>
          <w:lang w:val="pl-PL"/>
        </w:rPr>
        <w:t>nie    ☐ tak    ☐ nie jestem pewien/pewna    ☐ nie chcę odpowiadać</w:t>
      </w:r>
    </w:p>
    <w:p>
      <w:pPr>
        <w:pStyle w:val="Normal"/>
        <w:spacing w:before="80" w:after="40"/>
        <w:rPr>
          <w:lang w:val="pl-PL"/>
        </w:rPr>
      </w:pPr>
      <w:r>
        <w:rPr>
          <w:b/>
          <w:lang w:val="pl-PL"/>
        </w:rPr>
        <w:t>10. Czy w miejscach, w których trenujesz, widzisz informacje o tym, gdzie można uzyskać pomoc, np. numer 116 111, 800 12 12 12 lub 112?</w:t>
      </w:r>
    </w:p>
    <w:p>
      <w:pPr>
        <w:pStyle w:val="Normal"/>
        <w:spacing w:before="0" w:after="60"/>
        <w:ind w:left="227" w:hanging="0"/>
        <w:rPr>
          <w:lang w:val="pl-PL"/>
        </w:rPr>
      </w:pPr>
      <w:r>
        <w:rPr>
          <w:lang w:val="pl-PL"/>
        </w:rPr>
        <w:t xml:space="preserve">☐ </w:t>
      </w:r>
      <w:r>
        <w:rPr>
          <w:lang w:val="pl-PL"/>
        </w:rPr>
        <w:t>tak    ☐ nie    ☐ nie wiem</w:t>
      </w:r>
    </w:p>
    <w:p>
      <w:pPr>
        <w:pStyle w:val="Normal"/>
        <w:spacing w:before="80" w:after="40"/>
        <w:rPr>
          <w:lang w:val="pl-PL"/>
        </w:rPr>
      </w:pPr>
      <w:r>
        <w:rPr>
          <w:b/>
          <w:lang w:val="pl-PL"/>
        </w:rPr>
        <w:t>11. Jeśli w pytaniu 8 lub 9 zaznaczyłeś/zaznaczyłaś „tak” i chcesz o tym napisać, opisz krótko, co się wydarzyło.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80" w:after="40"/>
        <w:rPr>
          <w:lang w:val="pl-PL"/>
        </w:rPr>
      </w:pPr>
      <w:r>
        <w:rPr>
          <w:b/>
          <w:lang w:val="pl-PL"/>
        </w:rPr>
        <w:t>12. Co w Swimland Olsztyn pomaga Ci czuć się bezpiecznie? Co chciałbyś/chciałabyś zmienić?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................................................................................................................................................</w:t>
      </w:r>
    </w:p>
    <w:p>
      <w:pPr>
        <w:pStyle w:val="Normal"/>
        <w:spacing w:before="120" w:after="20"/>
        <w:rPr>
          <w:lang w:val="pl-PL"/>
        </w:rPr>
      </w:pPr>
      <w:r>
        <w:rPr>
          <w:b/>
          <w:lang w:val="pl-PL"/>
        </w:rPr>
        <w:t>Pamiętaj: jeśli coś Cię niepokoi, nie musisz czekać na ankietę.</w:t>
      </w:r>
    </w:p>
    <w:p>
      <w:pPr>
        <w:pStyle w:val="Normal"/>
        <w:spacing w:before="0" w:after="0"/>
        <w:rPr>
          <w:lang w:val="pl-PL"/>
        </w:rPr>
      </w:pPr>
      <w:r>
        <w:rPr>
          <w:lang w:val="pl-PL"/>
        </w:rPr>
        <w:t>Możesz powiedzieć o tym trenerowi, rodzicowi/opiekunowi, członkowi Zarządu albo Koordynatorowi ds. bezpieczeństwa dzieci – Gabrieli Wójtowicz. W nagłym zagrożeniu życia lub zdrowia dzwoń pod numer 112.</w:t>
      </w:r>
    </w:p>
    <w:sectPr>
      <w:type w:val="nextPage"/>
      <w:pgSz w:w="12240" w:h="15840"/>
      <w:pgMar w:left="850" w:right="850" w:gutter="0" w:header="0" w:top="794" w:footer="0" w:bottom="79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mbria">
    <w:charset w:val="ee"/>
    <w:family w:val="roman"/>
    <w:pitch w:val="variable"/>
  </w:font>
  <w:font w:name="Aptos">
    <w:charset w:val="ee"/>
    <w:family w:val="roman"/>
    <w:pitch w:val="variable"/>
  </w:font>
  <w:font w:name="Calibri">
    <w:charset w:val="ee"/>
    <w:family w:val="roman"/>
    <w:pitch w:val="variable"/>
  </w:font>
  <w:font w:name="Courier">
    <w:altName w:val="Courier New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71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ptos" w:hAnsi="Aptos" w:eastAsia="ＭＳ 明朝" w:cs="" w:cstheme="minorBidi" w:eastAsiaTheme="minorEastAsia"/>
      <w:color w:val="auto"/>
      <w:kern w:val="0"/>
      <w:sz w:val="21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Nagwek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Nagwek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Nagwek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Nagwek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Nagwek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Nagwek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Nagwek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Wyrnienie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a">
    <w:name w:val="List"/>
    <w:basedOn w:val="Normal"/>
    <w:uiPriority w:val="99"/>
    <w:unhideWhenUsed/>
    <w:rsid w:val="00aa1d8d"/>
    <w:pPr>
      <w:spacing w:before="0" w:after="200"/>
      <w:ind w:left="360" w:hanging="360"/>
      <w:contextualSpacing/>
    </w:pPr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pl-PL" w:eastAsia="en-US" w:bidi="ar-SA"/>
    </w:rPr>
  </w:style>
  <w:style w:type="paragraph" w:styleId="Tytu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Podtytu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a2">
    <w:name w:val="List Bullet 3"/>
    <w:basedOn w:val="Normal"/>
    <w:uiPriority w:val="99"/>
    <w:unhideWhenUsed/>
    <w:rsid w:val="00326f90"/>
    <w:pPr>
      <w:spacing w:before="0" w:after="200"/>
      <w:ind w:left="720" w:hanging="360"/>
      <w:contextualSpacing/>
    </w:pPr>
    <w:rPr/>
  </w:style>
  <w:style w:type="paragraph" w:styleId="Lista3">
    <w:name w:val="List Bullet 4"/>
    <w:basedOn w:val="Normal"/>
    <w:uiPriority w:val="99"/>
    <w:unhideWhenUsed/>
    <w:rsid w:val="00326f90"/>
    <w:pPr>
      <w:spacing w:before="0" w:after="20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pl-PL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Nagwekindeksu">
    <w:name w:val="Index Heading"/>
    <w:basedOn w:val="Nagwek"/>
    <w:pPr/>
    <w:rPr/>
  </w:style>
  <w:style w:type="paragraph" w:styleId="Nagwekspisutreci">
    <w:name w:val="TOC Heading"/>
    <w:basedOn w:val="Nagwek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LibreOffice/7.5.5.2$Windows_X86_64 LibreOffice_project/ca8fe7424262805f223b9a2334bc7181abbcbf5e</Application>
  <AppVersion>15.0000</AppVersion>
  <Pages>2</Pages>
  <Words>524</Words>
  <Characters>3527</Characters>
  <CharactersWithSpaces>4082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pl-PL</dc:language>
  <cp:lastModifiedBy/>
  <dcterms:modified xsi:type="dcterms:W3CDTF">2026-09-20T17:12:37Z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